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95" w:rsidRDefault="00C44FE6" w:rsidP="00A37286">
      <w:pPr>
        <w:spacing w:after="0"/>
        <w:jc w:val="center"/>
        <w:rPr>
          <w:rFonts w:hint="eastAsia"/>
        </w:rPr>
      </w:pPr>
      <w:r>
        <w:rPr>
          <w:b/>
          <w:sz w:val="34"/>
        </w:rPr>
        <w:t>NBA EXECUTIVE COMMITTEE ELECTION 2026</w:t>
      </w:r>
    </w:p>
    <w:p w:rsidR="00817595" w:rsidRDefault="00C44FE6" w:rsidP="00A37286">
      <w:pPr>
        <w:spacing w:after="0"/>
        <w:jc w:val="center"/>
        <w:rPr>
          <w:rFonts w:hint="eastAsia"/>
        </w:rPr>
      </w:pPr>
      <w:r>
        <w:rPr>
          <w:b/>
          <w:sz w:val="22"/>
        </w:rPr>
        <w:t xml:space="preserve">NOMINATION FORM </w:t>
      </w:r>
      <w:r w:rsidR="00B1098C">
        <w:rPr>
          <w:b/>
          <w:sz w:val="22"/>
        </w:rPr>
        <w:t xml:space="preserve">| </w:t>
      </w:r>
      <w:r>
        <w:rPr>
          <w:b/>
          <w:sz w:val="22"/>
        </w:rPr>
        <w:t>2026–28</w:t>
      </w:r>
    </w:p>
    <w:p w:rsidR="00817595" w:rsidRDefault="00C44FE6" w:rsidP="00A37286">
      <w:pPr>
        <w:spacing w:after="0"/>
        <w:jc w:val="center"/>
        <w:rPr>
          <w:rFonts w:hint="eastAsia"/>
          <w:i/>
          <w:sz w:val="16"/>
        </w:rPr>
      </w:pPr>
      <w:r>
        <w:rPr>
          <w:i/>
          <w:sz w:val="16"/>
        </w:rPr>
        <w:t>Please complete all applicable fields clearly and attach the required documents.</w:t>
      </w:r>
    </w:p>
    <w:p w:rsidR="00A37286" w:rsidRDefault="00A37286" w:rsidP="00A37286">
      <w:pPr>
        <w:spacing w:after="0"/>
        <w:jc w:val="center"/>
        <w:rPr>
          <w:rFonts w:hint="eastAsia"/>
        </w:rPr>
      </w:pPr>
    </w:p>
    <w:p w:rsidR="00817595" w:rsidRDefault="00C44FE6">
      <w:pPr>
        <w:rPr>
          <w:rFonts w:hint="eastAsia"/>
        </w:rPr>
      </w:pPr>
      <w:r>
        <w:rPr>
          <w:b/>
          <w:sz w:val="20"/>
        </w:rPr>
        <w:t>1. CANDIDATE INFORMATION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105C6E" w:rsidTr="00706708">
        <w:trPr>
          <w:jc w:val="center"/>
        </w:trPr>
        <w:tc>
          <w:tcPr>
            <w:tcW w:w="10512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105C6E" w:rsidRDefault="00105C6E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NAME OF THE CANDIDATE:</w:t>
            </w:r>
          </w:p>
        </w:tc>
      </w:tr>
      <w:tr w:rsidR="00817595">
        <w:trPr>
          <w:jc w:val="center"/>
        </w:trPr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FATHER’S NAME:</w:t>
            </w:r>
          </w:p>
        </w:tc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MOTHER’S NAME:</w:t>
            </w:r>
          </w:p>
        </w:tc>
      </w:tr>
      <w:tr w:rsidR="00817595">
        <w:trPr>
          <w:jc w:val="center"/>
        </w:trPr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CURRENT ADDRESS:</w:t>
            </w:r>
          </w:p>
        </w:tc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FD0507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DATE OF BIRTH:</w:t>
            </w:r>
          </w:p>
        </w:tc>
      </w:tr>
      <w:tr w:rsidR="00817595">
        <w:trPr>
          <w:jc w:val="center"/>
        </w:trPr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MOBILE:</w:t>
            </w:r>
          </w:p>
        </w:tc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EMAIL:</w:t>
            </w:r>
          </w:p>
        </w:tc>
      </w:tr>
      <w:tr w:rsidR="00817595">
        <w:trPr>
          <w:jc w:val="center"/>
        </w:trPr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CURRENT CHANNEL:</w:t>
            </w:r>
          </w:p>
        </w:tc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NBA MEMBERSHIP NUMBER:</w:t>
            </w:r>
          </w:p>
        </w:tc>
      </w:tr>
      <w:tr w:rsidR="00817595">
        <w:trPr>
          <w:jc w:val="center"/>
        </w:trPr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C44FE6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 xml:space="preserve">EXPERIENCE </w:t>
            </w:r>
            <w:r w:rsidR="00804522">
              <w:rPr>
                <w:b/>
                <w:sz w:val="15"/>
              </w:rPr>
              <w:t>OF NEWS PRESENTATION (IN YEARS):</w:t>
            </w:r>
          </w:p>
        </w:tc>
        <w:tc>
          <w:tcPr>
            <w:tcW w:w="525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rPr>
                <w:rFonts w:hint="eastAsia"/>
              </w:rPr>
            </w:pPr>
            <w:r>
              <w:rPr>
                <w:b/>
                <w:sz w:val="15"/>
              </w:rPr>
              <w:t>POSITION NOMINATED FOR:</w:t>
            </w:r>
          </w:p>
        </w:tc>
      </w:tr>
    </w:tbl>
    <w:p w:rsidR="00817595" w:rsidRDefault="00C44FE6">
      <w:pPr>
        <w:rPr>
          <w:rFonts w:hint="eastAsia"/>
        </w:rPr>
      </w:pPr>
      <w:r>
        <w:rPr>
          <w:b/>
          <w:sz w:val="20"/>
        </w:rPr>
        <w:t>2. PROPOSER &amp; SECONDER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5328"/>
        <w:gridCol w:w="5307"/>
      </w:tblGrid>
      <w:tr w:rsidR="00817595" w:rsidTr="006F65D5">
        <w:trPr>
          <w:trHeight w:val="92"/>
          <w:jc w:val="center"/>
        </w:trPr>
        <w:tc>
          <w:tcPr>
            <w:tcW w:w="5328" w:type="dxa"/>
            <w:shd w:val="clear" w:color="auto" w:fill="EAF2F8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817595" w:rsidRDefault="00C44FE6" w:rsidP="00804522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sz w:val="20"/>
              </w:rPr>
              <w:t>PROPOSER</w:t>
            </w:r>
          </w:p>
        </w:tc>
        <w:tc>
          <w:tcPr>
            <w:tcW w:w="5307" w:type="dxa"/>
            <w:shd w:val="clear" w:color="auto" w:fill="EAF2F8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817595" w:rsidRDefault="00C44FE6" w:rsidP="00804522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sz w:val="20"/>
              </w:rPr>
              <w:t>SECONDER</w:t>
            </w:r>
          </w:p>
        </w:tc>
      </w:tr>
      <w:tr w:rsidR="00817595" w:rsidTr="006F65D5">
        <w:trPr>
          <w:trHeight w:val="185"/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SIGNATURE: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SIGNATURE:</w:t>
            </w:r>
          </w:p>
        </w:tc>
      </w:tr>
      <w:tr w:rsidR="00817595" w:rsidTr="006F65D5">
        <w:trPr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NAME: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NAME:</w:t>
            </w:r>
          </w:p>
        </w:tc>
      </w:tr>
      <w:tr w:rsidR="00817595" w:rsidTr="006F65D5">
        <w:trPr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NBA MEMBERSHIP NO.: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NBA MEMBERSHIP NO.:</w:t>
            </w:r>
          </w:p>
        </w:tc>
      </w:tr>
      <w:tr w:rsidR="00817595" w:rsidTr="006F65D5">
        <w:trPr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CHANNEL: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CHANNEL:</w:t>
            </w:r>
          </w:p>
        </w:tc>
      </w:tr>
      <w:tr w:rsidR="00817595" w:rsidTr="006F65D5">
        <w:trPr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MOBILE: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MOBILE:</w:t>
            </w:r>
          </w:p>
        </w:tc>
      </w:tr>
      <w:tr w:rsidR="00817595" w:rsidTr="006F65D5">
        <w:trPr>
          <w:jc w:val="center"/>
        </w:trPr>
        <w:tc>
          <w:tcPr>
            <w:tcW w:w="532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EMAIL:</w:t>
            </w:r>
          </w:p>
        </w:tc>
        <w:tc>
          <w:tcPr>
            <w:tcW w:w="5307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817595" w:rsidRDefault="00804522" w:rsidP="00804522">
            <w:pPr>
              <w:spacing w:after="0"/>
              <w:rPr>
                <w:rFonts w:hint="eastAsia"/>
              </w:rPr>
            </w:pPr>
            <w:r>
              <w:rPr>
                <w:b/>
                <w:sz w:val="15"/>
              </w:rPr>
              <w:t>EMAIL:</w:t>
            </w:r>
          </w:p>
        </w:tc>
      </w:tr>
    </w:tbl>
    <w:p w:rsidR="00817595" w:rsidRDefault="00C44FE6">
      <w:pPr>
        <w:rPr>
          <w:rFonts w:hint="eastAsia"/>
        </w:rPr>
      </w:pPr>
      <w:r>
        <w:rPr>
          <w:b/>
          <w:sz w:val="20"/>
        </w:rPr>
        <w:t>3. CANDIDATE CONSENT &amp; DECLARATION</w:t>
      </w:r>
    </w:p>
    <w:tbl>
      <w:tblPr>
        <w:tblW w:w="0" w:type="auto"/>
        <w:tblInd w:w="15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0620"/>
      </w:tblGrid>
      <w:tr w:rsidR="00817595" w:rsidTr="00804522">
        <w:tc>
          <w:tcPr>
            <w:tcW w:w="10620" w:type="dxa"/>
            <w:shd w:val="clear" w:color="auto" w:fill="F7F7F7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17595" w:rsidRDefault="00C44FE6">
            <w:pPr>
              <w:rPr>
                <w:rFonts w:hint="eastAsia"/>
              </w:rPr>
            </w:pPr>
            <w:r>
              <w:t xml:space="preserve">I hereby declare that the above-mentioned information is correct and I agree to contest for the post of </w:t>
            </w:r>
            <w:r>
              <w:rPr>
                <w:b/>
              </w:rPr>
              <w:t>……………………………………</w:t>
            </w:r>
            <w:r>
              <w:t xml:space="preserve"> of NBA EC 2026–28.</w:t>
            </w:r>
          </w:p>
          <w:p w:rsidR="00817595" w:rsidRDefault="00C44FE6">
            <w:pPr>
              <w:spacing w:before="80"/>
              <w:rPr>
                <w:rFonts w:hint="eastAsia"/>
              </w:rPr>
            </w:pPr>
            <w:r>
              <w:br/>
              <w:t>Signature: ______________________________    Name: ______________________________</w:t>
            </w:r>
            <w:r w:rsidR="00804522">
              <w:t>___________________________________</w:t>
            </w:r>
          </w:p>
        </w:tc>
      </w:tr>
    </w:tbl>
    <w:p w:rsidR="00817595" w:rsidRDefault="00C44FE6">
      <w:pPr>
        <w:rPr>
          <w:rFonts w:hint="eastAsia"/>
        </w:rPr>
      </w:pPr>
      <w:r>
        <w:rPr>
          <w:b/>
          <w:sz w:val="20"/>
        </w:rPr>
        <w:t>4. ENCLOSURES / REQUIRED DOCUMENTS</w:t>
      </w:r>
    </w:p>
    <w:p w:rsidR="00817595" w:rsidRDefault="00C44FE6">
      <w:pPr>
        <w:spacing w:after="20"/>
        <w:ind w:left="216"/>
        <w:rPr>
          <w:rFonts w:hint="eastAsia"/>
        </w:rPr>
      </w:pPr>
      <w:r>
        <w:rPr>
          <w:b/>
        </w:rPr>
        <w:t xml:space="preserve">☐ </w:t>
      </w:r>
      <w:r>
        <w:t xml:space="preserve">Recent </w:t>
      </w:r>
      <w:proofErr w:type="gramStart"/>
      <w:r>
        <w:t>CV</w:t>
      </w:r>
      <w:r w:rsidR="00853A24">
        <w:t xml:space="preserve">  </w:t>
      </w:r>
      <w:r>
        <w:rPr>
          <w:b/>
        </w:rPr>
        <w:t>☐</w:t>
      </w:r>
      <w:proofErr w:type="gramEnd"/>
      <w:r>
        <w:rPr>
          <w:b/>
        </w:rPr>
        <w:t xml:space="preserve"> </w:t>
      </w:r>
      <w:r>
        <w:t>Proof of experience</w:t>
      </w:r>
    </w:p>
    <w:p w:rsidR="00817595" w:rsidRDefault="00C44FE6">
      <w:pPr>
        <w:spacing w:after="20"/>
        <w:ind w:left="216"/>
        <w:rPr>
          <w:rFonts w:hint="eastAsia"/>
        </w:rPr>
      </w:pPr>
      <w:r>
        <w:rPr>
          <w:b/>
        </w:rPr>
        <w:t xml:space="preserve">☐ </w:t>
      </w:r>
      <w:r>
        <w:t>Certificate of Graduation — only required for candidates running for President and General Secretary</w:t>
      </w:r>
    </w:p>
    <w:p w:rsidR="00817595" w:rsidRDefault="00C44FE6">
      <w:pPr>
        <w:spacing w:after="20"/>
        <w:ind w:left="216"/>
        <w:rPr>
          <w:rFonts w:hint="eastAsia"/>
        </w:rPr>
      </w:pPr>
      <w:r>
        <w:rPr>
          <w:b/>
        </w:rPr>
        <w:t xml:space="preserve">☐ </w:t>
      </w:r>
      <w:r w:rsidR="003E0656">
        <w:t>NBA</w:t>
      </w:r>
      <w:r>
        <w:t xml:space="preserve"> ID of candidate, proposer &amp; seconder</w:t>
      </w:r>
    </w:p>
    <w:p w:rsidR="00853A24" w:rsidRDefault="00853A24">
      <w:pPr>
        <w:spacing w:after="20"/>
        <w:ind w:left="216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22225</wp:posOffset>
                </wp:positionV>
                <wp:extent cx="6654800" cy="939800"/>
                <wp:effectExtent l="0" t="0" r="12700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939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F86" w:rsidRPr="006C5F86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  <w:u w:val="single"/>
                              </w:rPr>
                            </w:pPr>
                            <w:r w:rsidRPr="006C5F86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Submission </w:t>
                            </w:r>
                            <w:r w:rsidRPr="006C5F86">
                              <w:rPr>
                                <w:b/>
                                <w:u w:val="single"/>
                              </w:rPr>
                              <w:t>of Nomination</w:t>
                            </w:r>
                            <w:r w:rsidRPr="006C5F86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Forms: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53A24">
                              <w:t xml:space="preserve">September </w:t>
                            </w:r>
                            <w:r w:rsidR="002C0D11">
                              <w:t>0</w:t>
                            </w:r>
                            <w:r w:rsidRPr="00853A24">
                              <w:t>3</w:t>
                            </w:r>
                            <w:r w:rsidRPr="00853A24">
                              <w:rPr>
                                <w:rFonts w:hint="cs"/>
                              </w:rPr>
                              <w:t>–</w:t>
                            </w:r>
                            <w:r w:rsidR="002C0D11">
                              <w:t>0</w:t>
                            </w:r>
                            <w:bookmarkStart w:id="0" w:name="_GoBack"/>
                            <w:bookmarkEnd w:id="0"/>
                            <w:r w:rsidRPr="00853A24">
                              <w:t>4, 2026, from 4:00 PM to 10:00 PM.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  <w:b/>
                                <w:u w:val="single"/>
                              </w:rPr>
                            </w:pPr>
                            <w:r w:rsidRPr="00853A24">
                              <w:rPr>
                                <w:rFonts w:hint="eastAsia"/>
                                <w:b/>
                                <w:u w:val="single"/>
                              </w:rPr>
                              <w:t>Election Camp Office: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53A24">
                              <w:rPr>
                                <w:rFonts w:hint="eastAsia"/>
                              </w:rPr>
                              <w:t xml:space="preserve">House 127, Road </w:t>
                            </w:r>
                            <w:r>
                              <w:rPr>
                                <w:rFonts w:hint="eastAsia"/>
                              </w:rPr>
                              <w:t xml:space="preserve">2, Block A,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Niketan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, Gulshan-1,</w:t>
                            </w:r>
                            <w:r>
                              <w:t xml:space="preserve"> </w:t>
                            </w:r>
                            <w:proofErr w:type="gramStart"/>
                            <w:r w:rsidRPr="00853A24">
                              <w:rPr>
                                <w:rFonts w:hint="eastAsia"/>
                              </w:rPr>
                              <w:t>Dhaka</w:t>
                            </w:r>
                            <w:proofErr w:type="gramEnd"/>
                            <w:r w:rsidRPr="00853A24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53A24">
                              <w:rPr>
                                <w:rFonts w:hint="eastAsia"/>
                              </w:rPr>
                              <w:t>Contact:</w:t>
                            </w:r>
                            <w:r>
                              <w:t xml:space="preserve"> </w:t>
                            </w:r>
                            <w:r w:rsidRPr="00853A24">
                              <w:rPr>
                                <w:rFonts w:hint="eastAsia"/>
                              </w:rPr>
                              <w:t>01713030575</w:t>
                            </w:r>
                            <w:r>
                              <w:t xml:space="preserve">, </w:t>
                            </w:r>
                            <w:r w:rsidRPr="00853A24">
                              <w:rPr>
                                <w:rFonts w:hint="eastAsia"/>
                              </w:rPr>
                              <w:t>01315629521</w:t>
                            </w:r>
                            <w:r>
                              <w:t xml:space="preserve">, </w:t>
                            </w:r>
                            <w:r w:rsidRPr="00853A24">
                              <w:rPr>
                                <w:rFonts w:hint="eastAsia"/>
                              </w:rPr>
                              <w:t>01714042544</w:t>
                            </w:r>
                            <w:r>
                              <w:t xml:space="preserve">, </w:t>
                            </w:r>
                            <w:r w:rsidRPr="00853A24">
                              <w:rPr>
                                <w:rFonts w:hint="eastAsia"/>
                              </w:rPr>
                              <w:t>01711941166</w:t>
                            </w:r>
                            <w:r>
                              <w:t xml:space="preserve">, </w:t>
                            </w:r>
                            <w:r w:rsidRPr="00853A24">
                              <w:rPr>
                                <w:rFonts w:hint="eastAsia"/>
                              </w:rPr>
                              <w:t>01713367373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53A24">
                              <w:rPr>
                                <w:rFonts w:hint="eastAsia"/>
                              </w:rPr>
                              <w:t>Email:</w:t>
                            </w:r>
                          </w:p>
                          <w:p w:rsidR="00853A24" w:rsidRPr="00853A24" w:rsidRDefault="00853A24" w:rsidP="00853A24">
                            <w:pPr>
                              <w:spacing w:after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53A24">
                              <w:rPr>
                                <w:rFonts w:hint="eastAsia"/>
                              </w:rPr>
                              <w:t>ecdesk26@gmail.com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2.9pt;margin-top:1.75pt;width:524pt;height: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" fillcolor="white [3201]" strokecolor="#4f81bd [3204]" strokeweight="2pt">
                <v:textbox>
                  <w:txbxContent>
                    <w:p w:rsidR="006C5F86" w:rsidRPr="006C5F86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  <w:u w:val="single"/>
                        </w:rPr>
                      </w:pPr>
                      <w:r w:rsidRPr="006C5F86">
                        <w:rPr>
                          <w:rFonts w:hint="eastAsia"/>
                          <w:b/>
                          <w:u w:val="single"/>
                        </w:rPr>
                        <w:t xml:space="preserve">Submission </w:t>
                      </w:r>
                      <w:r w:rsidRPr="006C5F86">
                        <w:rPr>
                          <w:b/>
                          <w:u w:val="single"/>
                        </w:rPr>
                        <w:t>of Nomination</w:t>
                      </w:r>
                      <w:r w:rsidRPr="006C5F86">
                        <w:rPr>
                          <w:rFonts w:hint="eastAsia"/>
                          <w:b/>
                          <w:u w:val="single"/>
                        </w:rPr>
                        <w:t xml:space="preserve"> Forms: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  <w:r w:rsidRPr="00853A24">
                        <w:t xml:space="preserve">September </w:t>
                      </w:r>
                      <w:r w:rsidR="002C0D11">
                        <w:t>0</w:t>
                      </w:r>
                      <w:r w:rsidRPr="00853A24">
                        <w:t>3</w:t>
                      </w:r>
                      <w:r w:rsidRPr="00853A24">
                        <w:rPr>
                          <w:rFonts w:hint="cs"/>
                        </w:rPr>
                        <w:t>–</w:t>
                      </w:r>
                      <w:r w:rsidR="002C0D11">
                        <w:t>0</w:t>
                      </w:r>
                      <w:bookmarkStart w:id="1" w:name="_GoBack"/>
                      <w:bookmarkEnd w:id="1"/>
                      <w:r w:rsidRPr="00853A24">
                        <w:t>4, 2026, from 4:00 PM to 10:00 PM.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  <w:b/>
                          <w:u w:val="single"/>
                        </w:rPr>
                      </w:pPr>
                      <w:r w:rsidRPr="00853A24">
                        <w:rPr>
                          <w:rFonts w:hint="eastAsia"/>
                          <w:b/>
                          <w:u w:val="single"/>
                        </w:rPr>
                        <w:t>Election Camp Office: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  <w:r w:rsidRPr="00853A24">
                        <w:rPr>
                          <w:rFonts w:hint="eastAsia"/>
                        </w:rPr>
                        <w:t xml:space="preserve">House 127, Road </w:t>
                      </w:r>
                      <w:r>
                        <w:rPr>
                          <w:rFonts w:hint="eastAsia"/>
                        </w:rPr>
                        <w:t xml:space="preserve">2, Block A, </w:t>
                      </w:r>
                      <w:proofErr w:type="spellStart"/>
                      <w:r>
                        <w:rPr>
                          <w:rFonts w:hint="eastAsia"/>
                        </w:rPr>
                        <w:t>Niketan</w:t>
                      </w:r>
                      <w:proofErr w:type="spellEnd"/>
                      <w:r>
                        <w:rPr>
                          <w:rFonts w:hint="eastAsia"/>
                        </w:rPr>
                        <w:t>, Gulshan-1,</w:t>
                      </w:r>
                      <w:r>
                        <w:t xml:space="preserve"> </w:t>
                      </w:r>
                      <w:proofErr w:type="gramStart"/>
                      <w:r w:rsidRPr="00853A24">
                        <w:rPr>
                          <w:rFonts w:hint="eastAsia"/>
                        </w:rPr>
                        <w:t>Dhaka</w:t>
                      </w:r>
                      <w:proofErr w:type="gramEnd"/>
                      <w:r w:rsidRPr="00853A24">
                        <w:rPr>
                          <w:rFonts w:hint="eastAsia"/>
                        </w:rPr>
                        <w:t>.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  <w:r w:rsidRPr="00853A24">
                        <w:rPr>
                          <w:rFonts w:hint="eastAsia"/>
                        </w:rPr>
                        <w:t>Contact:</w:t>
                      </w:r>
                      <w:r>
                        <w:t xml:space="preserve"> </w:t>
                      </w:r>
                      <w:r w:rsidRPr="00853A24">
                        <w:rPr>
                          <w:rFonts w:hint="eastAsia"/>
                        </w:rPr>
                        <w:t>01713030575</w:t>
                      </w:r>
                      <w:r>
                        <w:t xml:space="preserve">, </w:t>
                      </w:r>
                      <w:r w:rsidRPr="00853A24">
                        <w:rPr>
                          <w:rFonts w:hint="eastAsia"/>
                        </w:rPr>
                        <w:t>01315629521</w:t>
                      </w:r>
                      <w:r>
                        <w:t xml:space="preserve">, </w:t>
                      </w:r>
                      <w:r w:rsidRPr="00853A24">
                        <w:rPr>
                          <w:rFonts w:hint="eastAsia"/>
                        </w:rPr>
                        <w:t>01714042544</w:t>
                      </w:r>
                      <w:r>
                        <w:t xml:space="preserve">, </w:t>
                      </w:r>
                      <w:r w:rsidRPr="00853A24">
                        <w:rPr>
                          <w:rFonts w:hint="eastAsia"/>
                        </w:rPr>
                        <w:t>01711941166</w:t>
                      </w:r>
                      <w:r>
                        <w:t xml:space="preserve">, </w:t>
                      </w:r>
                      <w:r w:rsidRPr="00853A24">
                        <w:rPr>
                          <w:rFonts w:hint="eastAsia"/>
                        </w:rPr>
                        <w:t>01713367373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  <w:r w:rsidRPr="00853A24">
                        <w:rPr>
                          <w:rFonts w:hint="eastAsia"/>
                        </w:rPr>
                        <w:t>Email:</w:t>
                      </w:r>
                    </w:p>
                    <w:p w:rsidR="00853A24" w:rsidRPr="00853A24" w:rsidRDefault="00853A24" w:rsidP="00853A24">
                      <w:pPr>
                        <w:spacing w:after="0"/>
                        <w:jc w:val="center"/>
                        <w:rPr>
                          <w:rFonts w:hint="eastAsia"/>
                        </w:rPr>
                      </w:pPr>
                      <w:r w:rsidRPr="00853A24">
                        <w:rPr>
                          <w:rFonts w:hint="eastAsia"/>
                        </w:rPr>
                        <w:t>ecdesk26@gmail.com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53A24" w:rsidSect="00804522">
      <w:headerReference w:type="default" r:id="rId8"/>
      <w:pgSz w:w="12240" w:h="15840"/>
      <w:pgMar w:top="360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04D" w:rsidRDefault="0064104D" w:rsidP="00D062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64104D" w:rsidRDefault="0064104D" w:rsidP="00D062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04D" w:rsidRDefault="0064104D" w:rsidP="00D062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64104D" w:rsidRDefault="0064104D" w:rsidP="00D062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25E" w:rsidRDefault="00D0625E">
    <w:pPr>
      <w:pStyle w:val="Header"/>
      <w:rPr>
        <w:rFonts w:hint="eastAsia"/>
      </w:rPr>
    </w:pPr>
    <w:r w:rsidRPr="00D0625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-457200</wp:posOffset>
          </wp:positionV>
          <wp:extent cx="6583680" cy="1425575"/>
          <wp:effectExtent l="0" t="0" r="7620" b="3175"/>
          <wp:wrapThrough wrapText="bothSides">
            <wp:wrapPolygon edited="0">
              <wp:start x="0" y="0"/>
              <wp:lineTo x="0" y="21359"/>
              <wp:lineTo x="21563" y="21359"/>
              <wp:lineTo x="215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1425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7483"/>
    <w:rsid w:val="00092774"/>
    <w:rsid w:val="001006CB"/>
    <w:rsid w:val="00105C6E"/>
    <w:rsid w:val="00132915"/>
    <w:rsid w:val="0015074B"/>
    <w:rsid w:val="00194DDF"/>
    <w:rsid w:val="00221B9E"/>
    <w:rsid w:val="0029333D"/>
    <w:rsid w:val="0029639D"/>
    <w:rsid w:val="002C0D11"/>
    <w:rsid w:val="00326F90"/>
    <w:rsid w:val="003B4697"/>
    <w:rsid w:val="003E0656"/>
    <w:rsid w:val="00496002"/>
    <w:rsid w:val="00514373"/>
    <w:rsid w:val="005C7B25"/>
    <w:rsid w:val="0064104D"/>
    <w:rsid w:val="00672A6B"/>
    <w:rsid w:val="006C5F86"/>
    <w:rsid w:val="006F65D5"/>
    <w:rsid w:val="00804522"/>
    <w:rsid w:val="00817595"/>
    <w:rsid w:val="00853A24"/>
    <w:rsid w:val="00955C07"/>
    <w:rsid w:val="009E6B57"/>
    <w:rsid w:val="00A37286"/>
    <w:rsid w:val="00AA1D8D"/>
    <w:rsid w:val="00B1098C"/>
    <w:rsid w:val="00B47730"/>
    <w:rsid w:val="00B57423"/>
    <w:rsid w:val="00BB5FE4"/>
    <w:rsid w:val="00C44FE6"/>
    <w:rsid w:val="00CB0664"/>
    <w:rsid w:val="00CF2939"/>
    <w:rsid w:val="00D0625E"/>
    <w:rsid w:val="00E24104"/>
    <w:rsid w:val="00FC693F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4580A4"/>
  <w14:defaultImageDpi w14:val="300"/>
  <w15:docId w15:val="{045D0AD5-463A-4874-BD87-43B2CE9F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494C04-2839-4A7E-A477-DB4355B9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34</cp:revision>
  <dcterms:created xsi:type="dcterms:W3CDTF">2013-12-23T23:15:00Z</dcterms:created>
  <dcterms:modified xsi:type="dcterms:W3CDTF">2026-08-27T11:27:00Z</dcterms:modified>
  <cp:category/>
</cp:coreProperties>
</file>